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6023F" w14:textId="77777777" w:rsidR="00637ADC" w:rsidRPr="00E76366" w:rsidRDefault="00000000">
      <w:pPr>
        <w:jc w:val="center"/>
        <w:rPr>
          <w:rFonts w:ascii="Times New Roman" w:hAnsi="Times New Roman" w:cs="Times New Roman"/>
        </w:rPr>
      </w:pPr>
      <w:r w:rsidRPr="00E76366">
        <w:rPr>
          <w:rFonts w:ascii="Times New Roman" w:hAnsi="Times New Roman" w:cs="Times New Roman"/>
          <w:b/>
        </w:rPr>
        <w:t>CỘNG HÒA XÃ HỘI CHỦ NGHĨA VIỆT NAM</w:t>
      </w:r>
      <w:r w:rsidRPr="00E76366">
        <w:rPr>
          <w:rFonts w:ascii="Times New Roman" w:hAnsi="Times New Roman" w:cs="Times New Roman"/>
          <w:b/>
        </w:rPr>
        <w:br/>
        <w:t>Độc lập – Tự do – Hạnh phúc</w:t>
      </w:r>
      <w:r w:rsidRPr="00E76366">
        <w:rPr>
          <w:rFonts w:ascii="Times New Roman" w:hAnsi="Times New Roman" w:cs="Times New Roman"/>
          <w:b/>
        </w:rPr>
        <w:br/>
        <w:t>------------------</w:t>
      </w:r>
    </w:p>
    <w:p w14:paraId="13F131FC" w14:textId="77777777" w:rsidR="00637ADC" w:rsidRPr="00E76366" w:rsidRDefault="00000000">
      <w:pPr>
        <w:jc w:val="center"/>
        <w:rPr>
          <w:rFonts w:ascii="Times New Roman" w:hAnsi="Times New Roman" w:cs="Times New Roman"/>
        </w:rPr>
      </w:pPr>
      <w:r w:rsidRPr="00E76366">
        <w:rPr>
          <w:rFonts w:ascii="Times New Roman" w:hAnsi="Times New Roman" w:cs="Times New Roman"/>
          <w:b/>
        </w:rPr>
        <w:t>BIÊN BẢN THỎA THUẬN LẬP HÓA ĐƠN ĐIỆN TỬ THAY THẾ</w:t>
      </w:r>
      <w:r w:rsidRPr="00E76366">
        <w:rPr>
          <w:rFonts w:ascii="Times New Roman" w:hAnsi="Times New Roman" w:cs="Times New Roman"/>
          <w:b/>
        </w:rPr>
        <w:br/>
        <w:t>CHO HÓA ĐƠN ĐIỆN TỬ CÓ SAI SÓT</w:t>
      </w:r>
      <w:r w:rsidRPr="00E76366">
        <w:rPr>
          <w:rFonts w:ascii="Times New Roman" w:hAnsi="Times New Roman" w:cs="Times New Roman"/>
          <w:b/>
        </w:rPr>
        <w:br/>
        <w:t>(Số: …………)</w:t>
      </w:r>
    </w:p>
    <w:p w14:paraId="27175735" w14:textId="2CE82F49" w:rsidR="00637ADC" w:rsidRPr="00E76366" w:rsidRDefault="00000000" w:rsidP="00E76366">
      <w:pPr>
        <w:pStyle w:val="ListParagraph"/>
        <w:numPr>
          <w:ilvl w:val="0"/>
          <w:numId w:val="10"/>
        </w:numPr>
        <w:rPr>
          <w:rFonts w:ascii="Times New Roman" w:hAnsi="Times New Roman" w:cs="Times New Roman"/>
          <w:i/>
          <w:iCs/>
        </w:rPr>
      </w:pPr>
      <w:r w:rsidRPr="00E76366">
        <w:rPr>
          <w:rFonts w:ascii="Times New Roman" w:hAnsi="Times New Roman" w:cs="Times New Roman"/>
          <w:i/>
          <w:iCs/>
        </w:rPr>
        <w:t xml:space="preserve">Căn </w:t>
      </w:r>
      <w:proofErr w:type="spellStart"/>
      <w:r w:rsidRPr="00E76366">
        <w:rPr>
          <w:rFonts w:ascii="Times New Roman" w:hAnsi="Times New Roman" w:cs="Times New Roman"/>
          <w:i/>
          <w:iCs/>
        </w:rPr>
        <w:t>cứ</w:t>
      </w:r>
      <w:proofErr w:type="spellEnd"/>
      <w:r w:rsidRPr="00E76366">
        <w:rPr>
          <w:rFonts w:ascii="Times New Roman" w:hAnsi="Times New Roman" w:cs="Times New Roman"/>
          <w:i/>
          <w:iCs/>
        </w:rPr>
        <w:t xml:space="preserve"> </w:t>
      </w:r>
      <w:proofErr w:type="spellStart"/>
      <w:r w:rsidRPr="00E76366">
        <w:rPr>
          <w:rFonts w:ascii="Times New Roman" w:hAnsi="Times New Roman" w:cs="Times New Roman"/>
          <w:i/>
          <w:iCs/>
        </w:rPr>
        <w:t>vào</w:t>
      </w:r>
      <w:proofErr w:type="spellEnd"/>
      <w:r w:rsidRPr="00E76366">
        <w:rPr>
          <w:rFonts w:ascii="Times New Roman" w:hAnsi="Times New Roman" w:cs="Times New Roman"/>
          <w:i/>
          <w:iCs/>
        </w:rPr>
        <w:t xml:space="preserve"> </w:t>
      </w:r>
      <w:proofErr w:type="spellStart"/>
      <w:r w:rsidRPr="00E76366">
        <w:rPr>
          <w:rFonts w:ascii="Times New Roman" w:hAnsi="Times New Roman" w:cs="Times New Roman"/>
          <w:i/>
          <w:iCs/>
        </w:rPr>
        <w:t>hợp</w:t>
      </w:r>
      <w:proofErr w:type="spellEnd"/>
      <w:r w:rsidRPr="00E76366">
        <w:rPr>
          <w:rFonts w:ascii="Times New Roman" w:hAnsi="Times New Roman" w:cs="Times New Roman"/>
          <w:i/>
          <w:iCs/>
        </w:rPr>
        <w:t xml:space="preserve"> </w:t>
      </w:r>
      <w:proofErr w:type="spellStart"/>
      <w:r w:rsidRPr="00E76366">
        <w:rPr>
          <w:rFonts w:ascii="Times New Roman" w:hAnsi="Times New Roman" w:cs="Times New Roman"/>
          <w:i/>
          <w:iCs/>
        </w:rPr>
        <w:t>đồng</w:t>
      </w:r>
      <w:proofErr w:type="spellEnd"/>
      <w:r w:rsidR="00E76366">
        <w:rPr>
          <w:rFonts w:ascii="Times New Roman" w:hAnsi="Times New Roman" w:cs="Times New Roman"/>
          <w:i/>
          <w:iCs/>
        </w:rPr>
        <w:t xml:space="preserve"> ………… </w:t>
      </w:r>
      <w:proofErr w:type="spellStart"/>
      <w:r w:rsidR="00E76366">
        <w:rPr>
          <w:rFonts w:ascii="Times New Roman" w:hAnsi="Times New Roman" w:cs="Times New Roman"/>
          <w:i/>
          <w:iCs/>
        </w:rPr>
        <w:t>ký</w:t>
      </w:r>
      <w:proofErr w:type="spellEnd"/>
      <w:r w:rsidR="00E76366">
        <w:rPr>
          <w:rFonts w:ascii="Times New Roman" w:hAnsi="Times New Roman" w:cs="Times New Roman"/>
          <w:i/>
          <w:iCs/>
        </w:rPr>
        <w:t xml:space="preserve"> </w:t>
      </w:r>
      <w:proofErr w:type="spellStart"/>
      <w:r w:rsidR="00E76366">
        <w:rPr>
          <w:rFonts w:ascii="Times New Roman" w:hAnsi="Times New Roman" w:cs="Times New Roman"/>
          <w:i/>
          <w:iCs/>
        </w:rPr>
        <w:t>ngày</w:t>
      </w:r>
      <w:proofErr w:type="spellEnd"/>
      <w:r w:rsidR="00E76366">
        <w:rPr>
          <w:rFonts w:ascii="Times New Roman" w:hAnsi="Times New Roman" w:cs="Times New Roman"/>
          <w:i/>
          <w:iCs/>
        </w:rPr>
        <w:t xml:space="preserve"> ………</w:t>
      </w:r>
      <w:proofErr w:type="gramStart"/>
      <w:r w:rsidR="00E76366">
        <w:rPr>
          <w:rFonts w:ascii="Times New Roman" w:hAnsi="Times New Roman" w:cs="Times New Roman"/>
          <w:i/>
          <w:iCs/>
        </w:rPr>
        <w:t>…..</w:t>
      </w:r>
      <w:proofErr w:type="gramEnd"/>
      <w:r w:rsidRPr="00E76366">
        <w:rPr>
          <w:rFonts w:ascii="Times New Roman" w:hAnsi="Times New Roman" w:cs="Times New Roman"/>
          <w:i/>
          <w:iCs/>
        </w:rPr>
        <w:t>;</w:t>
      </w:r>
    </w:p>
    <w:p w14:paraId="45794ABE" w14:textId="77777777" w:rsidR="00637ADC" w:rsidRPr="00E76366" w:rsidRDefault="00000000" w:rsidP="00E76366">
      <w:pPr>
        <w:pStyle w:val="ListParagraph"/>
        <w:numPr>
          <w:ilvl w:val="0"/>
          <w:numId w:val="10"/>
        </w:numPr>
        <w:rPr>
          <w:rFonts w:ascii="Times New Roman" w:hAnsi="Times New Roman" w:cs="Times New Roman"/>
          <w:i/>
          <w:iCs/>
        </w:rPr>
      </w:pPr>
      <w:r w:rsidRPr="00E76366">
        <w:rPr>
          <w:rFonts w:ascii="Times New Roman" w:hAnsi="Times New Roman" w:cs="Times New Roman"/>
          <w:i/>
          <w:iCs/>
        </w:rPr>
        <w:t>Căn cứ Luật Quản lý thuế ngày 10 tháng 12 năm 2025;</w:t>
      </w:r>
    </w:p>
    <w:p w14:paraId="59354798" w14:textId="77777777" w:rsidR="00637ADC" w:rsidRPr="00E76366" w:rsidRDefault="00000000" w:rsidP="00E76366">
      <w:pPr>
        <w:pStyle w:val="ListParagraph"/>
        <w:numPr>
          <w:ilvl w:val="0"/>
          <w:numId w:val="10"/>
        </w:numPr>
        <w:rPr>
          <w:rFonts w:ascii="Times New Roman" w:hAnsi="Times New Roman" w:cs="Times New Roman"/>
          <w:i/>
          <w:iCs/>
        </w:rPr>
      </w:pPr>
      <w:r w:rsidRPr="00E76366">
        <w:rPr>
          <w:rFonts w:ascii="Times New Roman" w:hAnsi="Times New Roman" w:cs="Times New Roman"/>
          <w:i/>
          <w:iCs/>
        </w:rPr>
        <w:t>Căn cứ Nghị định 254/2026/NĐ-CP quy định chi tiết một số điều và biện pháp để tổ chức, hướng dẫn thi hành Luật Quản lý thuế số 108/2025/QH15 về hóa đơn điện tử, chứng từ điện tử;</w:t>
      </w:r>
    </w:p>
    <w:p w14:paraId="6C0873A0" w14:textId="77777777" w:rsidR="00637ADC" w:rsidRPr="00E76366" w:rsidRDefault="00000000" w:rsidP="00E76366">
      <w:pPr>
        <w:pStyle w:val="ListParagraph"/>
        <w:numPr>
          <w:ilvl w:val="0"/>
          <w:numId w:val="10"/>
        </w:numPr>
        <w:rPr>
          <w:rFonts w:ascii="Times New Roman" w:hAnsi="Times New Roman" w:cs="Times New Roman"/>
          <w:i/>
          <w:iCs/>
        </w:rPr>
      </w:pPr>
      <w:r w:rsidRPr="00E76366">
        <w:rPr>
          <w:rFonts w:ascii="Times New Roman" w:hAnsi="Times New Roman" w:cs="Times New Roman"/>
          <w:i/>
          <w:iCs/>
        </w:rPr>
        <w:t>Căn cứ Thông tư 91/2026/TT-BTC Quy định một số điều của Luật Quản lý thuế và Nghị định số 254/2026/NĐ-CP của Chính phủ quy định chi tiết một số điều và biện pháp để tổ chức, hướng dẫn thi hành Luật Quản lý thuế số 108/2025/QH15 về hóa đơn điện tử, chứng từ điện tử.</w:t>
      </w:r>
    </w:p>
    <w:p w14:paraId="1B48A010" w14:textId="77777777" w:rsidR="00637ADC" w:rsidRPr="00E76366" w:rsidRDefault="00000000">
      <w:pPr>
        <w:rPr>
          <w:rFonts w:ascii="Times New Roman" w:hAnsi="Times New Roman" w:cs="Times New Roman"/>
        </w:rPr>
      </w:pPr>
      <w:r w:rsidRPr="00E76366">
        <w:rPr>
          <w:rFonts w:ascii="Times New Roman" w:hAnsi="Times New Roman" w:cs="Times New Roman"/>
        </w:rPr>
        <w:t>Hôm nay, ngày … tháng … năm 2026 hai bên chúng tôi gồm có:</w:t>
      </w:r>
    </w:p>
    <w:p w14:paraId="4C313EAF" w14:textId="77777777" w:rsidR="00637ADC" w:rsidRPr="00E76366" w:rsidRDefault="00000000">
      <w:pPr>
        <w:rPr>
          <w:rFonts w:ascii="Times New Roman" w:hAnsi="Times New Roman" w:cs="Times New Roman"/>
        </w:rPr>
      </w:pPr>
      <w:r w:rsidRPr="00E76366">
        <w:rPr>
          <w:rFonts w:ascii="Times New Roman" w:hAnsi="Times New Roman" w:cs="Times New Roman"/>
          <w:b/>
        </w:rPr>
        <w:t>Đơn vị bán hàng: CÔNG TY TƯ VẤN DNL</w:t>
      </w:r>
    </w:p>
    <w:p w14:paraId="183E943F" w14:textId="5C0ED351" w:rsidR="00637ADC" w:rsidRPr="00E76366" w:rsidRDefault="00000000" w:rsidP="00E76366">
      <w:pPr>
        <w:pStyle w:val="ListParagraph"/>
        <w:numPr>
          <w:ilvl w:val="0"/>
          <w:numId w:val="12"/>
        </w:numPr>
        <w:rPr>
          <w:rFonts w:ascii="Times New Roman" w:hAnsi="Times New Roman" w:cs="Times New Roman"/>
        </w:rPr>
      </w:pPr>
      <w:proofErr w:type="spellStart"/>
      <w:r w:rsidRPr="00E76366">
        <w:rPr>
          <w:rFonts w:ascii="Times New Roman" w:hAnsi="Times New Roman" w:cs="Times New Roman"/>
        </w:rPr>
        <w:t>Mã</w:t>
      </w:r>
      <w:proofErr w:type="spellEnd"/>
      <w:r w:rsidRPr="00E76366">
        <w:rPr>
          <w:rFonts w:ascii="Times New Roman" w:hAnsi="Times New Roman" w:cs="Times New Roman"/>
        </w:rPr>
        <w:t xml:space="preserve"> </w:t>
      </w:r>
      <w:proofErr w:type="spellStart"/>
      <w:r w:rsidRPr="00E76366">
        <w:rPr>
          <w:rFonts w:ascii="Times New Roman" w:hAnsi="Times New Roman" w:cs="Times New Roman"/>
        </w:rPr>
        <w:t>số</w:t>
      </w:r>
      <w:proofErr w:type="spellEnd"/>
      <w:r w:rsidRPr="00E76366">
        <w:rPr>
          <w:rFonts w:ascii="Times New Roman" w:hAnsi="Times New Roman" w:cs="Times New Roman"/>
        </w:rPr>
        <w:t xml:space="preserve"> </w:t>
      </w:r>
      <w:proofErr w:type="spellStart"/>
      <w:r w:rsidRPr="00E76366">
        <w:rPr>
          <w:rFonts w:ascii="Times New Roman" w:hAnsi="Times New Roman" w:cs="Times New Roman"/>
        </w:rPr>
        <w:t>thuế</w:t>
      </w:r>
      <w:proofErr w:type="spellEnd"/>
      <w:r w:rsidRPr="00E76366">
        <w:rPr>
          <w:rFonts w:ascii="Times New Roman" w:hAnsi="Times New Roman" w:cs="Times New Roman"/>
        </w:rPr>
        <w:t>: ………………………………</w:t>
      </w:r>
    </w:p>
    <w:p w14:paraId="33C9F21B" w14:textId="7667FCF8" w:rsidR="00637ADC" w:rsidRPr="00E76366" w:rsidRDefault="00000000" w:rsidP="00E76366">
      <w:pPr>
        <w:pStyle w:val="ListParagraph"/>
        <w:numPr>
          <w:ilvl w:val="0"/>
          <w:numId w:val="12"/>
        </w:numPr>
        <w:rPr>
          <w:rFonts w:ascii="Times New Roman" w:hAnsi="Times New Roman" w:cs="Times New Roman"/>
        </w:rPr>
      </w:pPr>
      <w:proofErr w:type="spellStart"/>
      <w:r w:rsidRPr="00E76366">
        <w:rPr>
          <w:rFonts w:ascii="Times New Roman" w:hAnsi="Times New Roman" w:cs="Times New Roman"/>
        </w:rPr>
        <w:t>Địa</w:t>
      </w:r>
      <w:proofErr w:type="spellEnd"/>
      <w:r w:rsidRPr="00E76366">
        <w:rPr>
          <w:rFonts w:ascii="Times New Roman" w:hAnsi="Times New Roman" w:cs="Times New Roman"/>
        </w:rPr>
        <w:t xml:space="preserve"> </w:t>
      </w:r>
      <w:proofErr w:type="spellStart"/>
      <w:r w:rsidRPr="00E76366">
        <w:rPr>
          <w:rFonts w:ascii="Times New Roman" w:hAnsi="Times New Roman" w:cs="Times New Roman"/>
        </w:rPr>
        <w:t>chỉ</w:t>
      </w:r>
      <w:proofErr w:type="spellEnd"/>
      <w:r w:rsidRPr="00E76366">
        <w:rPr>
          <w:rFonts w:ascii="Times New Roman" w:hAnsi="Times New Roman" w:cs="Times New Roman"/>
        </w:rPr>
        <w:t xml:space="preserve">: 567/107/6 Lê Văn Khương, Tân </w:t>
      </w:r>
      <w:proofErr w:type="spellStart"/>
      <w:r w:rsidRPr="00E76366">
        <w:rPr>
          <w:rFonts w:ascii="Times New Roman" w:hAnsi="Times New Roman" w:cs="Times New Roman"/>
        </w:rPr>
        <w:t>Thới</w:t>
      </w:r>
      <w:proofErr w:type="spellEnd"/>
      <w:r w:rsidRPr="00E76366">
        <w:rPr>
          <w:rFonts w:ascii="Times New Roman" w:hAnsi="Times New Roman" w:cs="Times New Roman"/>
        </w:rPr>
        <w:t xml:space="preserve"> Hiệp, TP.HCM</w:t>
      </w:r>
    </w:p>
    <w:p w14:paraId="3E0D6CAE" w14:textId="1033314F" w:rsidR="00637ADC" w:rsidRPr="00251361" w:rsidRDefault="00000000" w:rsidP="00E76366">
      <w:pPr>
        <w:pStyle w:val="ListParagraph"/>
        <w:numPr>
          <w:ilvl w:val="0"/>
          <w:numId w:val="12"/>
        </w:numPr>
        <w:rPr>
          <w:rFonts w:ascii="Times New Roman" w:hAnsi="Times New Roman" w:cs="Times New Roman"/>
        </w:rPr>
      </w:pPr>
      <w:proofErr w:type="spellStart"/>
      <w:r w:rsidRPr="00251361">
        <w:rPr>
          <w:rFonts w:ascii="Times New Roman" w:hAnsi="Times New Roman" w:cs="Times New Roman"/>
        </w:rPr>
        <w:t>Đại</w:t>
      </w:r>
      <w:proofErr w:type="spellEnd"/>
      <w:r w:rsidRPr="00251361">
        <w:rPr>
          <w:rFonts w:ascii="Times New Roman" w:hAnsi="Times New Roman" w:cs="Times New Roman"/>
        </w:rPr>
        <w:t xml:space="preserve"> </w:t>
      </w:r>
      <w:proofErr w:type="spellStart"/>
      <w:r w:rsidRPr="00251361">
        <w:rPr>
          <w:rFonts w:ascii="Times New Roman" w:hAnsi="Times New Roman" w:cs="Times New Roman"/>
        </w:rPr>
        <w:t>diện</w:t>
      </w:r>
      <w:proofErr w:type="spellEnd"/>
      <w:r w:rsidRPr="00251361">
        <w:rPr>
          <w:rFonts w:ascii="Times New Roman" w:hAnsi="Times New Roman" w:cs="Times New Roman"/>
        </w:rPr>
        <w:t>: Mr. Danh</w:t>
      </w:r>
      <w:r w:rsidR="00251361">
        <w:rPr>
          <w:rFonts w:ascii="Times New Roman" w:hAnsi="Times New Roman" w:cs="Times New Roman"/>
        </w:rPr>
        <w:t xml:space="preserve">               </w:t>
      </w:r>
      <w:proofErr w:type="spellStart"/>
      <w:r w:rsidRPr="00251361">
        <w:rPr>
          <w:rFonts w:ascii="Times New Roman" w:hAnsi="Times New Roman" w:cs="Times New Roman"/>
        </w:rPr>
        <w:t>Chức</w:t>
      </w:r>
      <w:proofErr w:type="spellEnd"/>
      <w:r w:rsidRPr="00251361">
        <w:rPr>
          <w:rFonts w:ascii="Times New Roman" w:hAnsi="Times New Roman" w:cs="Times New Roman"/>
        </w:rPr>
        <w:t xml:space="preserve"> </w:t>
      </w:r>
      <w:proofErr w:type="spellStart"/>
      <w:r w:rsidRPr="00251361">
        <w:rPr>
          <w:rFonts w:ascii="Times New Roman" w:hAnsi="Times New Roman" w:cs="Times New Roman"/>
        </w:rPr>
        <w:t>vụ</w:t>
      </w:r>
      <w:proofErr w:type="spellEnd"/>
      <w:r w:rsidRPr="00251361">
        <w:rPr>
          <w:rFonts w:ascii="Times New Roman" w:hAnsi="Times New Roman" w:cs="Times New Roman"/>
        </w:rPr>
        <w:t xml:space="preserve">: </w:t>
      </w:r>
      <w:proofErr w:type="spellStart"/>
      <w:r w:rsidRPr="00251361">
        <w:rPr>
          <w:rFonts w:ascii="Times New Roman" w:hAnsi="Times New Roman" w:cs="Times New Roman"/>
        </w:rPr>
        <w:t>Giám</w:t>
      </w:r>
      <w:proofErr w:type="spellEnd"/>
      <w:r w:rsidRPr="00251361">
        <w:rPr>
          <w:rFonts w:ascii="Times New Roman" w:hAnsi="Times New Roman" w:cs="Times New Roman"/>
        </w:rPr>
        <w:t xml:space="preserve"> </w:t>
      </w:r>
      <w:proofErr w:type="spellStart"/>
      <w:r w:rsidRPr="00251361">
        <w:rPr>
          <w:rFonts w:ascii="Times New Roman" w:hAnsi="Times New Roman" w:cs="Times New Roman"/>
        </w:rPr>
        <w:t>đốc</w:t>
      </w:r>
      <w:proofErr w:type="spellEnd"/>
    </w:p>
    <w:p w14:paraId="240F27C7" w14:textId="7DA1899D" w:rsidR="00637ADC" w:rsidRPr="00E76366" w:rsidRDefault="00000000" w:rsidP="00E76366">
      <w:pPr>
        <w:pStyle w:val="ListParagraph"/>
        <w:numPr>
          <w:ilvl w:val="0"/>
          <w:numId w:val="12"/>
        </w:numPr>
        <w:rPr>
          <w:rFonts w:ascii="Times New Roman" w:hAnsi="Times New Roman" w:cs="Times New Roman"/>
        </w:rPr>
      </w:pPr>
      <w:proofErr w:type="spellStart"/>
      <w:r w:rsidRPr="00E76366">
        <w:rPr>
          <w:rFonts w:ascii="Times New Roman" w:hAnsi="Times New Roman" w:cs="Times New Roman"/>
        </w:rPr>
        <w:t>Điện</w:t>
      </w:r>
      <w:proofErr w:type="spellEnd"/>
      <w:r w:rsidRPr="00E76366">
        <w:rPr>
          <w:rFonts w:ascii="Times New Roman" w:hAnsi="Times New Roman" w:cs="Times New Roman"/>
        </w:rPr>
        <w:t xml:space="preserve"> </w:t>
      </w:r>
      <w:proofErr w:type="spellStart"/>
      <w:r w:rsidRPr="00E76366">
        <w:rPr>
          <w:rFonts w:ascii="Times New Roman" w:hAnsi="Times New Roman" w:cs="Times New Roman"/>
        </w:rPr>
        <w:t>thoại</w:t>
      </w:r>
      <w:proofErr w:type="spellEnd"/>
      <w:r w:rsidRPr="00E76366">
        <w:rPr>
          <w:rFonts w:ascii="Times New Roman" w:hAnsi="Times New Roman" w:cs="Times New Roman"/>
        </w:rPr>
        <w:t>: 0949 883 779</w:t>
      </w:r>
    </w:p>
    <w:p w14:paraId="661058F0" w14:textId="12E277A1" w:rsidR="00637ADC" w:rsidRPr="00251361" w:rsidRDefault="00000000" w:rsidP="00E76366">
      <w:pPr>
        <w:pStyle w:val="ListParagraph"/>
        <w:numPr>
          <w:ilvl w:val="0"/>
          <w:numId w:val="12"/>
        </w:numPr>
        <w:rPr>
          <w:rFonts w:ascii="Times New Roman" w:hAnsi="Times New Roman" w:cs="Times New Roman"/>
        </w:rPr>
      </w:pPr>
      <w:r w:rsidRPr="00251361">
        <w:rPr>
          <w:rFonts w:ascii="Times New Roman" w:hAnsi="Times New Roman" w:cs="Times New Roman"/>
        </w:rPr>
        <w:t xml:space="preserve">Email: </w:t>
      </w:r>
      <w:hyperlink r:id="rId6" w:history="1">
        <w:r w:rsidR="00E76366" w:rsidRPr="00251361">
          <w:rPr>
            <w:rStyle w:val="Hyperlink"/>
            <w:rFonts w:ascii="Times New Roman" w:hAnsi="Times New Roman" w:cs="Times New Roman"/>
          </w:rPr>
          <w:t>tuvandoanhnghiep.dnl@gmail.com</w:t>
        </w:r>
      </w:hyperlink>
      <w:r w:rsidR="00251361" w:rsidRPr="00251361">
        <w:rPr>
          <w:rFonts w:ascii="Times New Roman" w:hAnsi="Times New Roman" w:cs="Times New Roman"/>
        </w:rPr>
        <w:t xml:space="preserve"> </w:t>
      </w:r>
      <w:r w:rsidR="00251361">
        <w:rPr>
          <w:rFonts w:ascii="Times New Roman" w:hAnsi="Times New Roman" w:cs="Times New Roman"/>
        </w:rPr>
        <w:t xml:space="preserve">   </w:t>
      </w:r>
      <w:r w:rsidRPr="00251361">
        <w:rPr>
          <w:rFonts w:ascii="Times New Roman" w:hAnsi="Times New Roman" w:cs="Times New Roman"/>
        </w:rPr>
        <w:t xml:space="preserve">Website: </w:t>
      </w:r>
      <w:hyperlink r:id="rId7" w:history="1">
        <w:r w:rsidR="00E76366" w:rsidRPr="00251361">
          <w:rPr>
            <w:rStyle w:val="Hyperlink"/>
            <w:rFonts w:ascii="Times New Roman" w:hAnsi="Times New Roman" w:cs="Times New Roman"/>
          </w:rPr>
          <w:t>https://mocongty.net/</w:t>
        </w:r>
      </w:hyperlink>
    </w:p>
    <w:p w14:paraId="1C30DD69" w14:textId="77777777" w:rsidR="00637ADC" w:rsidRPr="00E76366" w:rsidRDefault="00000000">
      <w:pPr>
        <w:rPr>
          <w:rFonts w:ascii="Times New Roman" w:hAnsi="Times New Roman" w:cs="Times New Roman"/>
          <w:lang w:val="nl-NL"/>
        </w:rPr>
      </w:pPr>
      <w:r w:rsidRPr="00E76366">
        <w:rPr>
          <w:rFonts w:ascii="Times New Roman" w:hAnsi="Times New Roman" w:cs="Times New Roman"/>
          <w:b/>
          <w:lang w:val="nl-NL"/>
        </w:rPr>
        <w:t>Đơn vị mua hàng: ………………………………………………………………</w:t>
      </w:r>
    </w:p>
    <w:p w14:paraId="19AAC00A" w14:textId="24023984" w:rsidR="00637ADC" w:rsidRPr="00E76366" w:rsidRDefault="00000000" w:rsidP="00E76366">
      <w:pPr>
        <w:pStyle w:val="ListParagraph"/>
        <w:numPr>
          <w:ilvl w:val="0"/>
          <w:numId w:val="12"/>
        </w:numPr>
        <w:rPr>
          <w:rFonts w:ascii="Times New Roman" w:hAnsi="Times New Roman" w:cs="Times New Roman"/>
          <w:lang w:val="nl-NL"/>
        </w:rPr>
      </w:pPr>
      <w:r w:rsidRPr="00E76366">
        <w:rPr>
          <w:rFonts w:ascii="Times New Roman" w:hAnsi="Times New Roman" w:cs="Times New Roman"/>
          <w:lang w:val="nl-NL"/>
        </w:rPr>
        <w:t>Mã số thuế: ………………………………</w:t>
      </w:r>
    </w:p>
    <w:p w14:paraId="469610A1" w14:textId="41EFD573" w:rsidR="00637ADC" w:rsidRPr="00E76366" w:rsidRDefault="00000000" w:rsidP="00E76366">
      <w:pPr>
        <w:pStyle w:val="ListParagraph"/>
        <w:numPr>
          <w:ilvl w:val="0"/>
          <w:numId w:val="12"/>
        </w:numPr>
        <w:rPr>
          <w:rFonts w:ascii="Times New Roman" w:hAnsi="Times New Roman" w:cs="Times New Roman"/>
          <w:lang w:val="nl-NL"/>
        </w:rPr>
      </w:pPr>
      <w:r w:rsidRPr="00E76366">
        <w:rPr>
          <w:rFonts w:ascii="Times New Roman" w:hAnsi="Times New Roman" w:cs="Times New Roman"/>
          <w:lang w:val="nl-NL"/>
        </w:rPr>
        <w:t>Địa chỉ: ………………………………………………………………………………</w:t>
      </w:r>
    </w:p>
    <w:p w14:paraId="0608D7E5" w14:textId="21A0435A" w:rsidR="00637ADC" w:rsidRPr="00E76366" w:rsidRDefault="00000000" w:rsidP="00E76366">
      <w:pPr>
        <w:pStyle w:val="ListParagraph"/>
        <w:numPr>
          <w:ilvl w:val="0"/>
          <w:numId w:val="12"/>
        </w:numPr>
        <w:rPr>
          <w:rFonts w:ascii="Times New Roman" w:hAnsi="Times New Roman" w:cs="Times New Roman"/>
          <w:lang w:val="nl-NL"/>
        </w:rPr>
      </w:pPr>
      <w:r w:rsidRPr="00E76366">
        <w:rPr>
          <w:rFonts w:ascii="Times New Roman" w:hAnsi="Times New Roman" w:cs="Times New Roman"/>
          <w:lang w:val="nl-NL"/>
        </w:rPr>
        <w:t>Đại diện: ……………………………… Chức vụ: ……………………………</w:t>
      </w:r>
    </w:p>
    <w:p w14:paraId="1C4F12C8" w14:textId="77777777" w:rsidR="00637ADC" w:rsidRPr="00E76366" w:rsidRDefault="00000000">
      <w:pPr>
        <w:rPr>
          <w:rFonts w:ascii="Times New Roman" w:hAnsi="Times New Roman" w:cs="Times New Roman"/>
          <w:lang w:val="nl-NL"/>
        </w:rPr>
      </w:pPr>
      <w:r w:rsidRPr="00E76366">
        <w:rPr>
          <w:rFonts w:ascii="Times New Roman" w:hAnsi="Times New Roman" w:cs="Times New Roman"/>
          <w:lang w:val="nl-NL"/>
        </w:rPr>
        <w:t>Hai bên thống nhất lập hóa đơn thay thế cho hoá đơn Mẫu số … Ký hiệu … Số hóa đơn … ngày …/…/2026</w:t>
      </w:r>
    </w:p>
    <w:p w14:paraId="20904B0A" w14:textId="77777777" w:rsidR="00637ADC" w:rsidRPr="00E76366" w:rsidRDefault="00000000">
      <w:pPr>
        <w:rPr>
          <w:rFonts w:ascii="Times New Roman" w:hAnsi="Times New Roman" w:cs="Times New Roman"/>
          <w:lang w:val="nl-NL"/>
        </w:rPr>
      </w:pPr>
      <w:r w:rsidRPr="00E76366">
        <w:rPr>
          <w:rFonts w:ascii="Times New Roman" w:hAnsi="Times New Roman" w:cs="Times New Roman"/>
          <w:b/>
          <w:bCs/>
          <w:lang w:val="nl-NL"/>
        </w:rPr>
        <w:t>Lý do thay thế:</w:t>
      </w:r>
      <w:r w:rsidRPr="00E76366">
        <w:rPr>
          <w:rFonts w:ascii="Times New Roman" w:hAnsi="Times New Roman" w:cs="Times New Roman"/>
          <w:lang w:val="nl-NL"/>
        </w:rPr>
        <w:t xml:space="preserve"> Hóa đơn điện tử viết sai mã số thuế của đơn vị mua hàng.</w:t>
      </w:r>
    </w:p>
    <w:p w14:paraId="5A9B83F1" w14:textId="2EAD34FF" w:rsidR="00637ADC" w:rsidRPr="00E76366" w:rsidRDefault="00E76366">
      <w:pPr>
        <w:rPr>
          <w:rFonts w:ascii="Times New Roman" w:hAnsi="Times New Roman" w:cs="Times New Roman"/>
          <w:lang w:val="nl-NL"/>
        </w:rPr>
      </w:pPr>
      <w:r w:rsidRPr="00E76366">
        <w:rPr>
          <w:rFonts w:ascii="Times New Roman" w:hAnsi="Times New Roman" w:cs="Times New Roman"/>
          <w:lang w:val="nl-NL"/>
        </w:rPr>
        <w:t>Hai bên cùng xác nhận và thống nhất chi tiết các nội dung cần thay thế như sau:</w:t>
      </w:r>
    </w:p>
    <w:p w14:paraId="1B218F11" w14:textId="77777777" w:rsidR="00637ADC" w:rsidRPr="00E76366" w:rsidRDefault="00000000">
      <w:pPr>
        <w:rPr>
          <w:rFonts w:ascii="Times New Roman" w:hAnsi="Times New Roman" w:cs="Times New Roman"/>
        </w:rPr>
      </w:pPr>
      <w:r w:rsidRPr="00E76366">
        <w:rPr>
          <w:rFonts w:ascii="Times New Roman" w:hAnsi="Times New Roman" w:cs="Times New Roman"/>
          <w:b/>
        </w:rPr>
        <w:t xml:space="preserve">1. </w:t>
      </w:r>
      <w:proofErr w:type="spellStart"/>
      <w:r w:rsidRPr="00E76366">
        <w:rPr>
          <w:rFonts w:ascii="Times New Roman" w:hAnsi="Times New Roman" w:cs="Times New Roman"/>
          <w:b/>
        </w:rPr>
        <w:t>Nội</w:t>
      </w:r>
      <w:proofErr w:type="spellEnd"/>
      <w:r w:rsidRPr="00E76366">
        <w:rPr>
          <w:rFonts w:ascii="Times New Roman" w:hAnsi="Times New Roman" w:cs="Times New Roman"/>
          <w:b/>
        </w:rPr>
        <w:t xml:space="preserve"> dung </w:t>
      </w:r>
      <w:proofErr w:type="spellStart"/>
      <w:r w:rsidRPr="00E76366">
        <w:rPr>
          <w:rFonts w:ascii="Times New Roman" w:hAnsi="Times New Roman" w:cs="Times New Roman"/>
          <w:b/>
        </w:rPr>
        <w:t>đã</w:t>
      </w:r>
      <w:proofErr w:type="spellEnd"/>
      <w:r w:rsidRPr="00E76366">
        <w:rPr>
          <w:rFonts w:ascii="Times New Roman" w:hAnsi="Times New Roman" w:cs="Times New Roman"/>
          <w:b/>
        </w:rPr>
        <w:t xml:space="preserve"> </w:t>
      </w:r>
      <w:proofErr w:type="spellStart"/>
      <w:r w:rsidRPr="00E76366">
        <w:rPr>
          <w:rFonts w:ascii="Times New Roman" w:hAnsi="Times New Roman" w:cs="Times New Roman"/>
          <w:b/>
        </w:rPr>
        <w:t>ghi</w:t>
      </w:r>
      <w:proofErr w:type="spellEnd"/>
      <w:r w:rsidRPr="00E76366">
        <w:rPr>
          <w:rFonts w:ascii="Times New Roman" w:hAnsi="Times New Roman" w:cs="Times New Roman"/>
          <w:b/>
        </w:rPr>
        <w:t xml:space="preserve"> </w:t>
      </w:r>
      <w:proofErr w:type="spellStart"/>
      <w:r w:rsidRPr="00E76366">
        <w:rPr>
          <w:rFonts w:ascii="Times New Roman" w:hAnsi="Times New Roman" w:cs="Times New Roman"/>
          <w:b/>
        </w:rPr>
        <w:t>sai</w:t>
      </w:r>
      <w:proofErr w:type="spellEnd"/>
      <w:r w:rsidRPr="00E76366">
        <w:rPr>
          <w:rFonts w:ascii="Times New Roman" w:hAnsi="Times New Roman" w:cs="Times New Roman"/>
          <w:b/>
        </w:rPr>
        <w:t>:</w:t>
      </w:r>
    </w:p>
    <w:p w14:paraId="6BD30CEF" w14:textId="77777777" w:rsidR="00251361" w:rsidRPr="00251361" w:rsidRDefault="00000000" w:rsidP="00251361">
      <w:pPr>
        <w:rPr>
          <w:rFonts w:ascii="Times New Roman" w:hAnsi="Times New Roman" w:cs="Times New Roman"/>
        </w:rPr>
      </w:pPr>
      <w:proofErr w:type="spellStart"/>
      <w:r w:rsidRPr="00251361">
        <w:rPr>
          <w:rFonts w:ascii="Times New Roman" w:hAnsi="Times New Roman" w:cs="Times New Roman"/>
        </w:rPr>
        <w:t>tại</w:t>
      </w:r>
      <w:proofErr w:type="spellEnd"/>
      <w:r w:rsidRPr="00251361">
        <w:rPr>
          <w:rFonts w:ascii="Times New Roman" w:hAnsi="Times New Roman" w:cs="Times New Roman"/>
        </w:rPr>
        <w:t xml:space="preserve"> </w:t>
      </w:r>
      <w:proofErr w:type="spellStart"/>
      <w:r w:rsidRPr="00251361">
        <w:rPr>
          <w:rFonts w:ascii="Times New Roman" w:hAnsi="Times New Roman" w:cs="Times New Roman"/>
        </w:rPr>
        <w:t>hóa</w:t>
      </w:r>
      <w:proofErr w:type="spellEnd"/>
      <w:r w:rsidRPr="00251361">
        <w:rPr>
          <w:rFonts w:ascii="Times New Roman" w:hAnsi="Times New Roman" w:cs="Times New Roman"/>
        </w:rPr>
        <w:t xml:space="preserve"> </w:t>
      </w:r>
      <w:proofErr w:type="spellStart"/>
      <w:r w:rsidRPr="00251361">
        <w:rPr>
          <w:rFonts w:ascii="Times New Roman" w:hAnsi="Times New Roman" w:cs="Times New Roman"/>
        </w:rPr>
        <w:t>đơn</w:t>
      </w:r>
      <w:proofErr w:type="spellEnd"/>
      <w:r w:rsidRPr="00251361">
        <w:rPr>
          <w:rFonts w:ascii="Times New Roman" w:hAnsi="Times New Roman" w:cs="Times New Roman"/>
        </w:rPr>
        <w:t xml:space="preserve"> </w:t>
      </w:r>
      <w:proofErr w:type="spellStart"/>
      <w:r w:rsidRPr="00251361">
        <w:rPr>
          <w:rFonts w:ascii="Times New Roman" w:hAnsi="Times New Roman" w:cs="Times New Roman"/>
        </w:rPr>
        <w:t>Mẫu</w:t>
      </w:r>
      <w:proofErr w:type="spellEnd"/>
      <w:r w:rsidRPr="00251361">
        <w:rPr>
          <w:rFonts w:ascii="Times New Roman" w:hAnsi="Times New Roman" w:cs="Times New Roman"/>
        </w:rPr>
        <w:t xml:space="preserve"> </w:t>
      </w:r>
      <w:proofErr w:type="spellStart"/>
      <w:r w:rsidRPr="00251361">
        <w:rPr>
          <w:rFonts w:ascii="Times New Roman" w:hAnsi="Times New Roman" w:cs="Times New Roman"/>
        </w:rPr>
        <w:t>số</w:t>
      </w:r>
      <w:proofErr w:type="spellEnd"/>
      <w:r w:rsidRPr="00251361">
        <w:rPr>
          <w:rFonts w:ascii="Times New Roman" w:hAnsi="Times New Roman" w:cs="Times New Roman"/>
        </w:rPr>
        <w:t xml:space="preserve"> … </w:t>
      </w:r>
      <w:proofErr w:type="spellStart"/>
      <w:r w:rsidRPr="00251361">
        <w:rPr>
          <w:rFonts w:ascii="Times New Roman" w:hAnsi="Times New Roman" w:cs="Times New Roman"/>
        </w:rPr>
        <w:t>ngày</w:t>
      </w:r>
      <w:proofErr w:type="spellEnd"/>
      <w:r w:rsidRPr="00251361">
        <w:rPr>
          <w:rFonts w:ascii="Times New Roman" w:hAnsi="Times New Roman" w:cs="Times New Roman"/>
        </w:rPr>
        <w:t xml:space="preserve"> …/…/2026 </w:t>
      </w:r>
      <w:proofErr w:type="spellStart"/>
      <w:r w:rsidRPr="00251361">
        <w:rPr>
          <w:rFonts w:ascii="Times New Roman" w:hAnsi="Times New Roman" w:cs="Times New Roman"/>
        </w:rPr>
        <w:t>như</w:t>
      </w:r>
      <w:proofErr w:type="spellEnd"/>
      <w:r w:rsidRPr="00251361">
        <w:rPr>
          <w:rFonts w:ascii="Times New Roman" w:hAnsi="Times New Roman" w:cs="Times New Roman"/>
        </w:rPr>
        <w:t xml:space="preserve"> </w:t>
      </w:r>
      <w:proofErr w:type="spellStart"/>
      <w:r w:rsidRPr="00251361">
        <w:rPr>
          <w:rFonts w:ascii="Times New Roman" w:hAnsi="Times New Roman" w:cs="Times New Roman"/>
        </w:rPr>
        <w:t>sau</w:t>
      </w:r>
      <w:proofErr w:type="spellEnd"/>
      <w:r w:rsidRPr="00251361">
        <w:rPr>
          <w:rFonts w:ascii="Times New Roman" w:hAnsi="Times New Roman" w:cs="Times New Roman"/>
        </w:rPr>
        <w:t>:</w:t>
      </w:r>
    </w:p>
    <w:p w14:paraId="717A42D5" w14:textId="6629C763" w:rsidR="00637ADC" w:rsidRPr="00251361" w:rsidRDefault="00000000" w:rsidP="00251361">
      <w:pPr>
        <w:pStyle w:val="ListParagraph"/>
        <w:numPr>
          <w:ilvl w:val="0"/>
          <w:numId w:val="15"/>
        </w:numPr>
        <w:rPr>
          <w:rFonts w:ascii="Times New Roman" w:hAnsi="Times New Roman" w:cs="Times New Roman"/>
        </w:rPr>
      </w:pPr>
      <w:proofErr w:type="spellStart"/>
      <w:r w:rsidRPr="00251361">
        <w:rPr>
          <w:rFonts w:ascii="Times New Roman" w:hAnsi="Times New Roman" w:cs="Times New Roman"/>
        </w:rPr>
        <w:t>Mã</w:t>
      </w:r>
      <w:proofErr w:type="spellEnd"/>
      <w:r w:rsidRPr="00251361">
        <w:rPr>
          <w:rFonts w:ascii="Times New Roman" w:hAnsi="Times New Roman" w:cs="Times New Roman"/>
        </w:rPr>
        <w:t xml:space="preserve"> </w:t>
      </w:r>
      <w:proofErr w:type="spellStart"/>
      <w:r w:rsidRPr="00251361">
        <w:rPr>
          <w:rFonts w:ascii="Times New Roman" w:hAnsi="Times New Roman" w:cs="Times New Roman"/>
        </w:rPr>
        <w:t>số</w:t>
      </w:r>
      <w:proofErr w:type="spellEnd"/>
      <w:r w:rsidRPr="00251361">
        <w:rPr>
          <w:rFonts w:ascii="Times New Roman" w:hAnsi="Times New Roman" w:cs="Times New Roman"/>
        </w:rPr>
        <w:t xml:space="preserve"> </w:t>
      </w:r>
      <w:proofErr w:type="spellStart"/>
      <w:r w:rsidRPr="00251361">
        <w:rPr>
          <w:rFonts w:ascii="Times New Roman" w:hAnsi="Times New Roman" w:cs="Times New Roman"/>
        </w:rPr>
        <w:t>thuế</w:t>
      </w:r>
      <w:proofErr w:type="spellEnd"/>
      <w:r w:rsidRPr="00251361">
        <w:rPr>
          <w:rFonts w:ascii="Times New Roman" w:hAnsi="Times New Roman" w:cs="Times New Roman"/>
        </w:rPr>
        <w:t xml:space="preserve"> </w:t>
      </w:r>
      <w:proofErr w:type="spellStart"/>
      <w:r w:rsidRPr="00251361">
        <w:rPr>
          <w:rFonts w:ascii="Times New Roman" w:hAnsi="Times New Roman" w:cs="Times New Roman"/>
        </w:rPr>
        <w:t>người</w:t>
      </w:r>
      <w:proofErr w:type="spellEnd"/>
      <w:r w:rsidRPr="00251361">
        <w:rPr>
          <w:rFonts w:ascii="Times New Roman" w:hAnsi="Times New Roman" w:cs="Times New Roman"/>
        </w:rPr>
        <w:t xml:space="preserve"> </w:t>
      </w:r>
      <w:proofErr w:type="spellStart"/>
      <w:r w:rsidRPr="00251361">
        <w:rPr>
          <w:rFonts w:ascii="Times New Roman" w:hAnsi="Times New Roman" w:cs="Times New Roman"/>
        </w:rPr>
        <w:t>mua</w:t>
      </w:r>
      <w:proofErr w:type="spellEnd"/>
      <w:r w:rsidRPr="00251361">
        <w:rPr>
          <w:rFonts w:ascii="Times New Roman" w:hAnsi="Times New Roman" w:cs="Times New Roman"/>
        </w:rPr>
        <w:t>: [</w:t>
      </w:r>
      <w:proofErr w:type="spellStart"/>
      <w:r w:rsidRPr="00251361">
        <w:rPr>
          <w:rFonts w:ascii="Times New Roman" w:hAnsi="Times New Roman" w:cs="Times New Roman"/>
        </w:rPr>
        <w:t>Ghi</w:t>
      </w:r>
      <w:proofErr w:type="spellEnd"/>
      <w:r w:rsidRPr="00251361">
        <w:rPr>
          <w:rFonts w:ascii="Times New Roman" w:hAnsi="Times New Roman" w:cs="Times New Roman"/>
        </w:rPr>
        <w:t xml:space="preserve"> </w:t>
      </w:r>
      <w:proofErr w:type="spellStart"/>
      <w:r w:rsidRPr="00251361">
        <w:rPr>
          <w:rFonts w:ascii="Times New Roman" w:hAnsi="Times New Roman" w:cs="Times New Roman"/>
        </w:rPr>
        <w:t>mã</w:t>
      </w:r>
      <w:proofErr w:type="spellEnd"/>
      <w:r w:rsidRPr="00251361">
        <w:rPr>
          <w:rFonts w:ascii="Times New Roman" w:hAnsi="Times New Roman" w:cs="Times New Roman"/>
        </w:rPr>
        <w:t xml:space="preserve"> </w:t>
      </w:r>
      <w:proofErr w:type="spellStart"/>
      <w:r w:rsidRPr="00251361">
        <w:rPr>
          <w:rFonts w:ascii="Times New Roman" w:hAnsi="Times New Roman" w:cs="Times New Roman"/>
        </w:rPr>
        <w:t>số</w:t>
      </w:r>
      <w:proofErr w:type="spellEnd"/>
      <w:r w:rsidRPr="00251361">
        <w:rPr>
          <w:rFonts w:ascii="Times New Roman" w:hAnsi="Times New Roman" w:cs="Times New Roman"/>
        </w:rPr>
        <w:t xml:space="preserve"> </w:t>
      </w:r>
      <w:proofErr w:type="spellStart"/>
      <w:r w:rsidRPr="00251361">
        <w:rPr>
          <w:rFonts w:ascii="Times New Roman" w:hAnsi="Times New Roman" w:cs="Times New Roman"/>
        </w:rPr>
        <w:t>thuế</w:t>
      </w:r>
      <w:proofErr w:type="spellEnd"/>
      <w:r w:rsidRPr="00251361">
        <w:rPr>
          <w:rFonts w:ascii="Times New Roman" w:hAnsi="Times New Roman" w:cs="Times New Roman"/>
        </w:rPr>
        <w:t xml:space="preserve"> </w:t>
      </w:r>
      <w:proofErr w:type="spellStart"/>
      <w:r w:rsidRPr="00251361">
        <w:rPr>
          <w:rFonts w:ascii="Times New Roman" w:hAnsi="Times New Roman" w:cs="Times New Roman"/>
        </w:rPr>
        <w:t>bị</w:t>
      </w:r>
      <w:proofErr w:type="spellEnd"/>
      <w:r w:rsidRPr="00251361">
        <w:rPr>
          <w:rFonts w:ascii="Times New Roman" w:hAnsi="Times New Roman" w:cs="Times New Roman"/>
        </w:rPr>
        <w:t xml:space="preserve"> </w:t>
      </w:r>
      <w:proofErr w:type="spellStart"/>
      <w:r w:rsidRPr="00251361">
        <w:rPr>
          <w:rFonts w:ascii="Times New Roman" w:hAnsi="Times New Roman" w:cs="Times New Roman"/>
        </w:rPr>
        <w:t>sai</w:t>
      </w:r>
      <w:proofErr w:type="spellEnd"/>
      <w:r w:rsidRPr="00251361">
        <w:rPr>
          <w:rFonts w:ascii="Times New Roman" w:hAnsi="Times New Roman" w:cs="Times New Roman"/>
        </w:rPr>
        <w:t>]</w:t>
      </w:r>
    </w:p>
    <w:p w14:paraId="7A62E667" w14:textId="77777777" w:rsidR="00637ADC" w:rsidRPr="00E76366" w:rsidRDefault="00000000">
      <w:pPr>
        <w:rPr>
          <w:rFonts w:ascii="Times New Roman" w:hAnsi="Times New Roman" w:cs="Times New Roman"/>
          <w:lang w:val="nl-NL"/>
        </w:rPr>
      </w:pPr>
      <w:r w:rsidRPr="00E76366">
        <w:rPr>
          <w:rFonts w:ascii="Times New Roman" w:hAnsi="Times New Roman" w:cs="Times New Roman"/>
          <w:b/>
          <w:lang w:val="nl-NL"/>
        </w:rPr>
        <w:t>2. Nội dung đúng theo thỏa thuận và thực tế mua bán:</w:t>
      </w:r>
    </w:p>
    <w:p w14:paraId="3F2DF587" w14:textId="1F7DDF86" w:rsidR="00637ADC" w:rsidRPr="00251361" w:rsidRDefault="00000000" w:rsidP="00251361">
      <w:pPr>
        <w:pStyle w:val="ListParagraph"/>
        <w:numPr>
          <w:ilvl w:val="0"/>
          <w:numId w:val="14"/>
        </w:numPr>
        <w:rPr>
          <w:rFonts w:ascii="Times New Roman" w:hAnsi="Times New Roman" w:cs="Times New Roman"/>
          <w:lang w:val="nl-NL"/>
        </w:rPr>
      </w:pPr>
      <w:r w:rsidRPr="00251361">
        <w:rPr>
          <w:rFonts w:ascii="Times New Roman" w:hAnsi="Times New Roman" w:cs="Times New Roman"/>
          <w:lang w:val="nl-NL"/>
        </w:rPr>
        <w:t>Mã số thuế người mua: [Ghi mã số thuế chuẩn xác]</w:t>
      </w:r>
    </w:p>
    <w:p w14:paraId="61311C79" w14:textId="77777777" w:rsidR="00637ADC" w:rsidRPr="00E76366" w:rsidRDefault="00000000">
      <w:pPr>
        <w:rPr>
          <w:rFonts w:ascii="Times New Roman" w:hAnsi="Times New Roman" w:cs="Times New Roman"/>
          <w:lang w:val="nl-NL"/>
        </w:rPr>
      </w:pPr>
      <w:r w:rsidRPr="00E76366">
        <w:rPr>
          <w:rFonts w:ascii="Times New Roman" w:hAnsi="Times New Roman" w:cs="Times New Roman"/>
          <w:b/>
          <w:lang w:val="nl-NL"/>
        </w:rPr>
        <w:t>3. Hai bên thống nhất như sau:</w:t>
      </w:r>
    </w:p>
    <w:p w14:paraId="341E4565" w14:textId="77777777" w:rsidR="00637ADC" w:rsidRPr="00E76366" w:rsidRDefault="00000000">
      <w:pPr>
        <w:rPr>
          <w:rFonts w:ascii="Times New Roman" w:hAnsi="Times New Roman" w:cs="Times New Roman"/>
          <w:lang w:val="nl-NL"/>
        </w:rPr>
      </w:pPr>
      <w:r w:rsidRPr="00E76366">
        <w:rPr>
          <w:rFonts w:ascii="Times New Roman" w:hAnsi="Times New Roman" w:cs="Times New Roman"/>
          <w:lang w:val="nl-NL"/>
        </w:rPr>
        <w:t>Bên bán sẽ xuất hóa đơn mới vào ngày …/…/2026 để thay thế cho hóa đơn sai sót Mẫu số ……………………………… ngày …/…./2026</w:t>
      </w:r>
      <w:r w:rsidRPr="00E76366">
        <w:rPr>
          <w:rFonts w:ascii="Times New Roman" w:hAnsi="Times New Roman" w:cs="Times New Roman"/>
          <w:lang w:val="nl-NL"/>
        </w:rPr>
        <w:br/>
        <w:t>Biên bản được lập thành 02 (hai) bản, mỗi bên giữ 01 (một) bản, có giá trị pháp lý như nhau.</w:t>
      </w:r>
    </w:p>
    <w:tbl>
      <w:tblPr>
        <w:tblW w:w="0" w:type="auto"/>
        <w:tblLook w:val="04A0" w:firstRow="1" w:lastRow="0" w:firstColumn="1" w:lastColumn="0" w:noHBand="0" w:noVBand="1"/>
      </w:tblPr>
      <w:tblGrid>
        <w:gridCol w:w="4320"/>
        <w:gridCol w:w="4320"/>
      </w:tblGrid>
      <w:tr w:rsidR="00637ADC" w:rsidRPr="00E76366" w14:paraId="5DBF22AD" w14:textId="77777777">
        <w:tc>
          <w:tcPr>
            <w:tcW w:w="4320" w:type="dxa"/>
          </w:tcPr>
          <w:p w14:paraId="0858FBB4" w14:textId="77777777" w:rsidR="00637ADC" w:rsidRPr="00E76366" w:rsidRDefault="00000000">
            <w:pPr>
              <w:jc w:val="center"/>
              <w:rPr>
                <w:rFonts w:ascii="Times New Roman" w:hAnsi="Times New Roman" w:cs="Times New Roman"/>
                <w:lang w:val="nl-NL"/>
              </w:rPr>
            </w:pPr>
            <w:r w:rsidRPr="00E76366">
              <w:rPr>
                <w:rFonts w:ascii="Times New Roman" w:hAnsi="Times New Roman" w:cs="Times New Roman"/>
                <w:lang w:val="nl-NL"/>
              </w:rPr>
              <w:t>ĐẠI DIỆN BÊN MUA</w:t>
            </w:r>
            <w:r w:rsidRPr="00E76366">
              <w:rPr>
                <w:rFonts w:ascii="Times New Roman" w:hAnsi="Times New Roman" w:cs="Times New Roman"/>
                <w:lang w:val="nl-NL"/>
              </w:rPr>
              <w:br/>
              <w:t>(Ký điện tử/ ký, đóng dấu, ghi rõ họ tên)</w:t>
            </w:r>
          </w:p>
        </w:tc>
        <w:tc>
          <w:tcPr>
            <w:tcW w:w="4320" w:type="dxa"/>
          </w:tcPr>
          <w:p w14:paraId="58BCCADB" w14:textId="77777777" w:rsidR="00637ADC" w:rsidRPr="00E76366" w:rsidRDefault="00000000">
            <w:pPr>
              <w:jc w:val="center"/>
              <w:rPr>
                <w:rFonts w:ascii="Times New Roman" w:hAnsi="Times New Roman" w:cs="Times New Roman"/>
                <w:lang w:val="nl-NL"/>
              </w:rPr>
            </w:pPr>
            <w:r w:rsidRPr="00E76366">
              <w:rPr>
                <w:rFonts w:ascii="Times New Roman" w:hAnsi="Times New Roman" w:cs="Times New Roman"/>
                <w:lang w:val="nl-NL"/>
              </w:rPr>
              <w:t>ĐẠI DIỆN BÊN BÁN</w:t>
            </w:r>
            <w:r w:rsidRPr="00E76366">
              <w:rPr>
                <w:rFonts w:ascii="Times New Roman" w:hAnsi="Times New Roman" w:cs="Times New Roman"/>
                <w:lang w:val="nl-NL"/>
              </w:rPr>
              <w:br/>
              <w:t>(Ký điện tử/ ký, đóng dấu, ghi rõ họ tên)</w:t>
            </w:r>
          </w:p>
        </w:tc>
      </w:tr>
    </w:tbl>
    <w:p w14:paraId="08A22F00" w14:textId="26F42D3A" w:rsidR="00637ADC" w:rsidRDefault="00637ADC">
      <w:pPr>
        <w:rPr>
          <w:rFonts w:ascii="Times New Roman" w:hAnsi="Times New Roman" w:cs="Times New Roman"/>
          <w:lang w:val="nl-NL"/>
        </w:rPr>
      </w:pPr>
    </w:p>
    <w:p w14:paraId="0FAC1322" w14:textId="77777777" w:rsidR="008628F0" w:rsidRPr="00E76366" w:rsidRDefault="008628F0">
      <w:pPr>
        <w:rPr>
          <w:rFonts w:ascii="Times New Roman" w:hAnsi="Times New Roman" w:cs="Times New Roman"/>
          <w:lang w:val="nl-NL"/>
        </w:rPr>
      </w:pPr>
    </w:p>
    <w:p w14:paraId="50F1D8E8" w14:textId="77777777" w:rsidR="00637ADC" w:rsidRPr="00E76366" w:rsidRDefault="00000000">
      <w:pPr>
        <w:pStyle w:val="Heading1"/>
        <w:rPr>
          <w:rFonts w:ascii="Times New Roman" w:hAnsi="Times New Roman" w:cs="Times New Roman"/>
        </w:rPr>
      </w:pPr>
      <w:r w:rsidRPr="00E76366">
        <w:rPr>
          <w:rFonts w:ascii="Times New Roman" w:hAnsi="Times New Roman" w:cs="Times New Roman"/>
        </w:rPr>
        <w:t xml:space="preserve">Các </w:t>
      </w:r>
      <w:proofErr w:type="spellStart"/>
      <w:r w:rsidRPr="00E76366">
        <w:rPr>
          <w:rFonts w:ascii="Times New Roman" w:hAnsi="Times New Roman" w:cs="Times New Roman"/>
        </w:rPr>
        <w:t>Mẫu</w:t>
      </w:r>
      <w:proofErr w:type="spellEnd"/>
      <w:r w:rsidRPr="00E76366">
        <w:rPr>
          <w:rFonts w:ascii="Times New Roman" w:hAnsi="Times New Roman" w:cs="Times New Roman"/>
        </w:rPr>
        <w:t xml:space="preserve"> Lý Do Thay Thế Khác</w:t>
      </w:r>
    </w:p>
    <w:p w14:paraId="691B282D" w14:textId="77777777" w:rsidR="00637ADC" w:rsidRPr="00E76366" w:rsidRDefault="00000000">
      <w:pPr>
        <w:rPr>
          <w:rFonts w:ascii="Times New Roman" w:hAnsi="Times New Roman" w:cs="Times New Roman"/>
        </w:rPr>
      </w:pPr>
      <w:r w:rsidRPr="00E76366">
        <w:rPr>
          <w:rFonts w:ascii="Times New Roman" w:hAnsi="Times New Roman" w:cs="Times New Roman"/>
        </w:rPr>
        <w:t>Đối với các trường hợp lỗi khác dưới đây, bạn giữ nguyên phần thông tin pháp lý ban đầu và phần cam kết (Mục 3), chỉ cần thay đổi Lý do thay thế và phần Cụ thể như sau (Mục 1 &amp; 2):</w:t>
      </w:r>
    </w:p>
    <w:p w14:paraId="51E135C4" w14:textId="77777777" w:rsidR="00637ADC" w:rsidRPr="00E76366" w:rsidRDefault="00000000">
      <w:pPr>
        <w:pStyle w:val="Heading2"/>
        <w:rPr>
          <w:rFonts w:ascii="Times New Roman" w:hAnsi="Times New Roman" w:cs="Times New Roman"/>
        </w:rPr>
      </w:pPr>
      <w:r w:rsidRPr="00E76366">
        <w:rPr>
          <w:rFonts w:ascii="Times New Roman" w:hAnsi="Times New Roman" w:cs="Times New Roman"/>
        </w:rPr>
        <w:t>Mẫu 2: Sai tên hàng hóa, hàng hóa không đúng quy cách, chất lượng</w:t>
      </w:r>
    </w:p>
    <w:p w14:paraId="47D87DDD" w14:textId="77777777" w:rsidR="00637ADC" w:rsidRPr="00E76366" w:rsidRDefault="00000000">
      <w:pPr>
        <w:rPr>
          <w:rFonts w:ascii="Times New Roman" w:hAnsi="Times New Roman" w:cs="Times New Roman"/>
        </w:rPr>
      </w:pPr>
      <w:r w:rsidRPr="00E76366">
        <w:rPr>
          <w:rFonts w:ascii="Times New Roman" w:hAnsi="Times New Roman" w:cs="Times New Roman"/>
        </w:rPr>
        <w:t>Lý do thay thế: Hóa đơn điện tử ghi sai tên hàng hóa, hàng hóa không đúng quy cách và chất lượng so với thực tế giao dịch.</w:t>
      </w:r>
      <w:r w:rsidRPr="00E76366">
        <w:rPr>
          <w:rFonts w:ascii="Times New Roman" w:hAnsi="Times New Roman" w:cs="Times New Roman"/>
        </w:rPr>
        <w:br/>
      </w:r>
      <w:r w:rsidRPr="00E76366">
        <w:rPr>
          <w:rFonts w:ascii="Times New Roman" w:hAnsi="Times New Roman" w:cs="Times New Roman"/>
        </w:rPr>
        <w:br/>
        <w:t>1. Nội dung đã ghi sai:</w:t>
      </w:r>
      <w:r w:rsidRPr="00E76366">
        <w:rPr>
          <w:rFonts w:ascii="Times New Roman" w:hAnsi="Times New Roman" w:cs="Times New Roman"/>
        </w:rPr>
        <w:br/>
        <w:t>- Tên hàng hoá, dịch vụ: [Ghi tên hàng/quy cách bị sai]</w:t>
      </w:r>
      <w:r w:rsidRPr="00E76366">
        <w:rPr>
          <w:rFonts w:ascii="Times New Roman" w:hAnsi="Times New Roman" w:cs="Times New Roman"/>
        </w:rPr>
        <w:br/>
        <w:t>- ĐVT, Số lượng, Đơn giá...: [Ghi các thông số tương ứng theo hóa đơn cũ]</w:t>
      </w:r>
      <w:r w:rsidRPr="00E76366">
        <w:rPr>
          <w:rFonts w:ascii="Times New Roman" w:hAnsi="Times New Roman" w:cs="Times New Roman"/>
        </w:rPr>
        <w:br/>
      </w:r>
      <w:r w:rsidRPr="00E76366">
        <w:rPr>
          <w:rFonts w:ascii="Times New Roman" w:hAnsi="Times New Roman" w:cs="Times New Roman"/>
        </w:rPr>
        <w:br/>
        <w:t>2. Nội dung đúng theo thỏa thuận và thực tế mua bán:</w:t>
      </w:r>
      <w:r w:rsidRPr="00E76366">
        <w:rPr>
          <w:rFonts w:ascii="Times New Roman" w:hAnsi="Times New Roman" w:cs="Times New Roman"/>
        </w:rPr>
        <w:br/>
        <w:t>- Tên hàng hoá, dịch vụ: [Ghi tên hàng/quy cách chuẩn thực tế]</w:t>
      </w:r>
      <w:r w:rsidRPr="00E76366">
        <w:rPr>
          <w:rFonts w:ascii="Times New Roman" w:hAnsi="Times New Roman" w:cs="Times New Roman"/>
        </w:rPr>
        <w:br/>
        <w:t>- ĐVT, Số lượng, Đơn giá...: [Ghi các thông số đúng]</w:t>
      </w:r>
    </w:p>
    <w:p w14:paraId="57616312" w14:textId="77777777" w:rsidR="00637ADC" w:rsidRPr="00E76366" w:rsidRDefault="00000000">
      <w:pPr>
        <w:pStyle w:val="Heading2"/>
        <w:rPr>
          <w:rFonts w:ascii="Times New Roman" w:hAnsi="Times New Roman" w:cs="Times New Roman"/>
        </w:rPr>
      </w:pPr>
      <w:r w:rsidRPr="00E76366">
        <w:rPr>
          <w:rFonts w:ascii="Times New Roman" w:hAnsi="Times New Roman" w:cs="Times New Roman"/>
        </w:rPr>
        <w:t>Mẫu 3: Sai số tiền ghi trên hóa đơn</w:t>
      </w:r>
    </w:p>
    <w:p w14:paraId="4E2296EF" w14:textId="77777777" w:rsidR="00637ADC" w:rsidRPr="00E76366" w:rsidRDefault="00000000">
      <w:pPr>
        <w:rPr>
          <w:rFonts w:ascii="Times New Roman" w:hAnsi="Times New Roman" w:cs="Times New Roman"/>
        </w:rPr>
      </w:pPr>
      <w:r w:rsidRPr="00E76366">
        <w:rPr>
          <w:rFonts w:ascii="Times New Roman" w:hAnsi="Times New Roman" w:cs="Times New Roman"/>
        </w:rPr>
        <w:t>Lý do thay thế: Hóa đơn điện tử tính toán hoặc ghi sai số tiền (thành tiền/tổng thanh toán).</w:t>
      </w:r>
      <w:r w:rsidRPr="00E76366">
        <w:rPr>
          <w:rFonts w:ascii="Times New Roman" w:hAnsi="Times New Roman" w:cs="Times New Roman"/>
        </w:rPr>
        <w:br/>
      </w:r>
      <w:r w:rsidRPr="00E76366">
        <w:rPr>
          <w:rFonts w:ascii="Times New Roman" w:hAnsi="Times New Roman" w:cs="Times New Roman"/>
        </w:rPr>
        <w:br/>
        <w:t>1. Nội dung đã ghi sai:</w:t>
      </w:r>
      <w:r w:rsidRPr="00E76366">
        <w:rPr>
          <w:rFonts w:ascii="Times New Roman" w:hAnsi="Times New Roman" w:cs="Times New Roman"/>
        </w:rPr>
        <w:br/>
        <w:t>- Thành tiền: [Số tiền thành tiền bị sai]</w:t>
      </w:r>
      <w:r w:rsidRPr="00E76366">
        <w:rPr>
          <w:rFonts w:ascii="Times New Roman" w:hAnsi="Times New Roman" w:cs="Times New Roman"/>
        </w:rPr>
        <w:br/>
        <w:t>- Tổng thanh toán: [Số tổng bị sai]</w:t>
      </w:r>
      <w:r w:rsidRPr="00E76366">
        <w:rPr>
          <w:rFonts w:ascii="Times New Roman" w:hAnsi="Times New Roman" w:cs="Times New Roman"/>
        </w:rPr>
        <w:br/>
      </w:r>
      <w:r w:rsidRPr="00E76366">
        <w:rPr>
          <w:rFonts w:ascii="Times New Roman" w:hAnsi="Times New Roman" w:cs="Times New Roman"/>
        </w:rPr>
        <w:br/>
        <w:t>2. Nội dung đúng theo thỏa thuận và thực tế mua bán:</w:t>
      </w:r>
      <w:r w:rsidRPr="00E76366">
        <w:rPr>
          <w:rFonts w:ascii="Times New Roman" w:hAnsi="Times New Roman" w:cs="Times New Roman"/>
        </w:rPr>
        <w:br/>
        <w:t>- Thành tiền: [Số tiền thành tiền đúng]</w:t>
      </w:r>
      <w:r w:rsidRPr="00E76366">
        <w:rPr>
          <w:rFonts w:ascii="Times New Roman" w:hAnsi="Times New Roman" w:cs="Times New Roman"/>
        </w:rPr>
        <w:br/>
        <w:t>- Tổng thanh toán: [Số tổng đúng]</w:t>
      </w:r>
    </w:p>
    <w:p w14:paraId="20053029" w14:textId="77777777" w:rsidR="00637ADC" w:rsidRPr="00E76366" w:rsidRDefault="00000000">
      <w:pPr>
        <w:pStyle w:val="Heading2"/>
        <w:rPr>
          <w:rFonts w:ascii="Times New Roman" w:hAnsi="Times New Roman" w:cs="Times New Roman"/>
        </w:rPr>
      </w:pPr>
      <w:r w:rsidRPr="00E76366">
        <w:rPr>
          <w:rFonts w:ascii="Times New Roman" w:hAnsi="Times New Roman" w:cs="Times New Roman"/>
        </w:rPr>
        <w:t>Mẫu 4: Sai thuế suất</w:t>
      </w:r>
    </w:p>
    <w:p w14:paraId="02154680" w14:textId="77777777" w:rsidR="00637ADC" w:rsidRPr="00E76366" w:rsidRDefault="00000000">
      <w:pPr>
        <w:rPr>
          <w:rFonts w:ascii="Times New Roman" w:hAnsi="Times New Roman" w:cs="Times New Roman"/>
        </w:rPr>
      </w:pPr>
      <w:r w:rsidRPr="00E76366">
        <w:rPr>
          <w:rFonts w:ascii="Times New Roman" w:hAnsi="Times New Roman" w:cs="Times New Roman"/>
        </w:rPr>
        <w:t>Lý do thay thế: Hóa đơn điện tử áp dụng sai mức thuế suất thuế GTGT.</w:t>
      </w:r>
      <w:r w:rsidRPr="00E76366">
        <w:rPr>
          <w:rFonts w:ascii="Times New Roman" w:hAnsi="Times New Roman" w:cs="Times New Roman"/>
        </w:rPr>
        <w:br/>
      </w:r>
      <w:r w:rsidRPr="00E76366">
        <w:rPr>
          <w:rFonts w:ascii="Times New Roman" w:hAnsi="Times New Roman" w:cs="Times New Roman"/>
        </w:rPr>
        <w:br/>
        <w:t>1. Nội dung đã ghi sai:</w:t>
      </w:r>
      <w:r w:rsidRPr="00E76366">
        <w:rPr>
          <w:rFonts w:ascii="Times New Roman" w:hAnsi="Times New Roman" w:cs="Times New Roman"/>
        </w:rPr>
        <w:br/>
        <w:t>- Thuế suất: [Ghi mức thuế suất bị sai, VD: 8%]</w:t>
      </w:r>
      <w:r w:rsidRPr="00E76366">
        <w:rPr>
          <w:rFonts w:ascii="Times New Roman" w:hAnsi="Times New Roman" w:cs="Times New Roman"/>
        </w:rPr>
        <w:br/>
        <w:t>- Tiền thuế: [Ghi số tiền thuế tính theo mức sai]</w:t>
      </w:r>
      <w:r w:rsidRPr="00E76366">
        <w:rPr>
          <w:rFonts w:ascii="Times New Roman" w:hAnsi="Times New Roman" w:cs="Times New Roman"/>
        </w:rPr>
        <w:br/>
      </w:r>
      <w:r w:rsidRPr="00E76366">
        <w:rPr>
          <w:rFonts w:ascii="Times New Roman" w:hAnsi="Times New Roman" w:cs="Times New Roman"/>
        </w:rPr>
        <w:br/>
        <w:t>2. Nội dung đúng theo thỏa thuận và thực tế mua bán:</w:t>
      </w:r>
      <w:r w:rsidRPr="00E76366">
        <w:rPr>
          <w:rFonts w:ascii="Times New Roman" w:hAnsi="Times New Roman" w:cs="Times New Roman"/>
        </w:rPr>
        <w:br/>
        <w:t>- Thuế suất: [Ghi mức thuế suất đúng, VD: 10%]</w:t>
      </w:r>
      <w:r w:rsidRPr="00E76366">
        <w:rPr>
          <w:rFonts w:ascii="Times New Roman" w:hAnsi="Times New Roman" w:cs="Times New Roman"/>
        </w:rPr>
        <w:br/>
        <w:t>- Tiền thuế: [Ghi số tiền thuế đúng]</w:t>
      </w:r>
    </w:p>
    <w:p w14:paraId="053E596C" w14:textId="77777777" w:rsidR="00637ADC" w:rsidRPr="00E76366" w:rsidRDefault="00000000">
      <w:pPr>
        <w:pStyle w:val="Heading2"/>
        <w:rPr>
          <w:rFonts w:ascii="Times New Roman" w:hAnsi="Times New Roman" w:cs="Times New Roman"/>
        </w:rPr>
      </w:pPr>
      <w:r w:rsidRPr="00E76366">
        <w:rPr>
          <w:rFonts w:ascii="Times New Roman" w:hAnsi="Times New Roman" w:cs="Times New Roman"/>
        </w:rPr>
        <w:t>Mẫu 5: Sai tiền thuế (Do tính toán sai lệch)</w:t>
      </w:r>
    </w:p>
    <w:p w14:paraId="43F92B33" w14:textId="77777777" w:rsidR="00637ADC" w:rsidRPr="00E76366" w:rsidRDefault="00000000">
      <w:pPr>
        <w:rPr>
          <w:rFonts w:ascii="Times New Roman" w:hAnsi="Times New Roman" w:cs="Times New Roman"/>
        </w:rPr>
      </w:pPr>
      <w:r w:rsidRPr="00E76366">
        <w:rPr>
          <w:rFonts w:ascii="Times New Roman" w:hAnsi="Times New Roman" w:cs="Times New Roman"/>
        </w:rPr>
        <w:t>Lý do thay thế: Hóa đơn điện tử ghi sai số tiền thuế GTGT (do lỗi làm tròn số hoặc hệ thống tính toán sai lệch).</w:t>
      </w:r>
      <w:r w:rsidRPr="00E76366">
        <w:rPr>
          <w:rFonts w:ascii="Times New Roman" w:hAnsi="Times New Roman" w:cs="Times New Roman"/>
        </w:rPr>
        <w:br/>
      </w:r>
      <w:r w:rsidRPr="00E76366">
        <w:rPr>
          <w:rFonts w:ascii="Times New Roman" w:hAnsi="Times New Roman" w:cs="Times New Roman"/>
        </w:rPr>
        <w:br/>
        <w:t>1. Nội dung đã ghi sai:</w:t>
      </w:r>
      <w:r w:rsidRPr="00E76366">
        <w:rPr>
          <w:rFonts w:ascii="Times New Roman" w:hAnsi="Times New Roman" w:cs="Times New Roman"/>
        </w:rPr>
        <w:br/>
        <w:t>- Tiền thuế: [Ghi số tiền thuế bị sai]</w:t>
      </w:r>
      <w:r w:rsidRPr="00E76366">
        <w:rPr>
          <w:rFonts w:ascii="Times New Roman" w:hAnsi="Times New Roman" w:cs="Times New Roman"/>
        </w:rPr>
        <w:br/>
        <w:t>- Tổng thanh toán: [Ghi tổng thanh toán cộng dồn bị sai]</w:t>
      </w:r>
      <w:r w:rsidRPr="00E76366">
        <w:rPr>
          <w:rFonts w:ascii="Times New Roman" w:hAnsi="Times New Roman" w:cs="Times New Roman"/>
        </w:rPr>
        <w:br/>
      </w:r>
      <w:r w:rsidRPr="00E76366">
        <w:rPr>
          <w:rFonts w:ascii="Times New Roman" w:hAnsi="Times New Roman" w:cs="Times New Roman"/>
        </w:rPr>
        <w:br/>
        <w:t>2. Nội dung đúng theo thỏa thuận và thực tế mua bán:</w:t>
      </w:r>
      <w:r w:rsidRPr="00E76366">
        <w:rPr>
          <w:rFonts w:ascii="Times New Roman" w:hAnsi="Times New Roman" w:cs="Times New Roman"/>
        </w:rPr>
        <w:br/>
        <w:t>- Tiền thuế: [Ghi chính xác số tiền thuế thực tế]</w:t>
      </w:r>
      <w:r w:rsidRPr="00E76366">
        <w:rPr>
          <w:rFonts w:ascii="Times New Roman" w:hAnsi="Times New Roman" w:cs="Times New Roman"/>
        </w:rPr>
        <w:br/>
        <w:t>- Tổng thanh toán: [Ghi tổng thanh toán đúng]</w:t>
      </w:r>
    </w:p>
    <w:sectPr w:rsidR="00637ADC" w:rsidRPr="00E76366" w:rsidSect="00251361">
      <w:pgSz w:w="11906" w:h="16838" w:code="9"/>
      <w:pgMar w:top="568" w:right="991" w:bottom="851" w:left="9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712430"/>
    <w:multiLevelType w:val="hybridMultilevel"/>
    <w:tmpl w:val="F166552C"/>
    <w:lvl w:ilvl="0" w:tplc="266692A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232155"/>
    <w:multiLevelType w:val="hybridMultilevel"/>
    <w:tmpl w:val="2F58D316"/>
    <w:lvl w:ilvl="0" w:tplc="266692A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186D47"/>
    <w:multiLevelType w:val="hybridMultilevel"/>
    <w:tmpl w:val="381CE296"/>
    <w:lvl w:ilvl="0" w:tplc="266692A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B96A83"/>
    <w:multiLevelType w:val="hybridMultilevel"/>
    <w:tmpl w:val="C09E1BA6"/>
    <w:lvl w:ilvl="0" w:tplc="266692A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0F3CDA"/>
    <w:multiLevelType w:val="hybridMultilevel"/>
    <w:tmpl w:val="8A8EF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6851AFA"/>
    <w:multiLevelType w:val="hybridMultilevel"/>
    <w:tmpl w:val="3C387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0592436">
    <w:abstractNumId w:val="8"/>
  </w:num>
  <w:num w:numId="2" w16cid:durableId="1262958579">
    <w:abstractNumId w:val="6"/>
  </w:num>
  <w:num w:numId="3" w16cid:durableId="1949777358">
    <w:abstractNumId w:val="5"/>
  </w:num>
  <w:num w:numId="4" w16cid:durableId="435946109">
    <w:abstractNumId w:val="4"/>
  </w:num>
  <w:num w:numId="5" w16cid:durableId="1070427453">
    <w:abstractNumId w:val="7"/>
  </w:num>
  <w:num w:numId="6" w16cid:durableId="654845571">
    <w:abstractNumId w:val="3"/>
  </w:num>
  <w:num w:numId="7" w16cid:durableId="391778282">
    <w:abstractNumId w:val="2"/>
  </w:num>
  <w:num w:numId="8" w16cid:durableId="2079555057">
    <w:abstractNumId w:val="1"/>
  </w:num>
  <w:num w:numId="9" w16cid:durableId="1949581520">
    <w:abstractNumId w:val="0"/>
  </w:num>
  <w:num w:numId="10" w16cid:durableId="78184802">
    <w:abstractNumId w:val="13"/>
  </w:num>
  <w:num w:numId="11" w16cid:durableId="1723674913">
    <w:abstractNumId w:val="14"/>
  </w:num>
  <w:num w:numId="12" w16cid:durableId="933318604">
    <w:abstractNumId w:val="10"/>
  </w:num>
  <w:num w:numId="13" w16cid:durableId="1603339955">
    <w:abstractNumId w:val="11"/>
  </w:num>
  <w:num w:numId="14" w16cid:durableId="1124078093">
    <w:abstractNumId w:val="12"/>
  </w:num>
  <w:num w:numId="15" w16cid:durableId="13201181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51361"/>
    <w:rsid w:val="0029639D"/>
    <w:rsid w:val="00326F90"/>
    <w:rsid w:val="00637ADC"/>
    <w:rsid w:val="008628F0"/>
    <w:rsid w:val="00A63DE8"/>
    <w:rsid w:val="00AA1D8D"/>
    <w:rsid w:val="00B47730"/>
    <w:rsid w:val="00CB0664"/>
    <w:rsid w:val="00E7636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C8C22D"/>
  <w14:defaultImageDpi w14:val="300"/>
  <w15:docId w15:val="{2206440A-AC17-44A3-A6D2-43F08B78F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E76366"/>
    <w:rPr>
      <w:color w:val="0000FF" w:themeColor="hyperlink"/>
      <w:u w:val="single"/>
    </w:rPr>
  </w:style>
  <w:style w:type="character" w:styleId="UnresolvedMention">
    <w:name w:val="Unresolved Mention"/>
    <w:basedOn w:val="DefaultParagraphFont"/>
    <w:uiPriority w:val="99"/>
    <w:semiHidden/>
    <w:unhideWhenUsed/>
    <w:rsid w:val="00E763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mocongty.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tuvandoanhnghiep.dnl@gmail.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591</Words>
  <Characters>3372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Danh Le Nhat</cp:lastModifiedBy>
  <cp:revision>4</cp:revision>
  <dcterms:created xsi:type="dcterms:W3CDTF">2013-12-23T23:15:00Z</dcterms:created>
  <dcterms:modified xsi:type="dcterms:W3CDTF">2026-09-25T07:34:00Z</dcterms:modified>
  <cp:category/>
</cp:coreProperties>
</file>